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ביוגרפי ולזהות עיקר ופרטים וסדר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התמדה, עבודת צוות וייצוג בגאווה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השורשים א־מ־ן ו־ש־ח־ק, שם המספר ומילת הניגוד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מכל טעות אפשר ללמוד ולהשתפר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מוסר, עוזר בהגנה ומעודד את החברים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- בית 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אביו היה שחקן כדורסל מקצועי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א־מ־ן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החטאות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(השורש א־מ־ן)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(השורש 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(מילת ניגוד)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הדרך של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אהב לשחק כדורסל כבר כילד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התאמן קשה כל יום, גם בימים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זכה באליפות אירופה לנוער ובתואר השחקן המצטיין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התאמן בכל יום, ישן מספיק ואכל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א־מ־ן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שלא מוותרים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מקדימה ובסקר קצר - מי מתאמן בתחום כלשהו, לפני קריאת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לבנות יחד על הלוח ציר דרך של חיי דני - ילדות, אימונים, נבחרת, ליגה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הנושא לשיעור חינוך גופני ולדון בערך ההתמדה מניסיון אישי של התלמידים.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נקרא על דני אבדיה, שחקן כדורסל ישראלי שהגיע מהמגרש השכונתי עד לליגה הגדולה בעולם. נתרגל הבנת הנקרא ונושאי לשון מתוך הסיפור על ההתמדה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א־מ־ן  ·  שלוש  ·  החטאות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החבר הכי טוב של דני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דני ראה בכל החטאה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לא היה חשוב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מכל טעות אפשר ללמוד ולהשתפר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המאמן כעס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הטקסט, שחקן טוב בקבוצה...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רק בשביל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עוזר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מוסר, עוזר בהגנה ומעודד את החברים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גדל בקיבוץ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אביו של דני לא קשור בכלל לספורט.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המשותף למילים אימון, מאמן, התאמן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דני התאמן __________ שעות בכל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שפירושה זריקות שלא נכנסו לסל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אימון, מאמן, 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מילת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שחקן, משחק,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שלוש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השורש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השורש א־מ־ן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הדרך של דני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אהב לשחק כדורסל כבר כילד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זכה באליפות אירופה לנוער ובתואר השחקן המצטיין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נולד וגדל בקיבוץ בצפון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 התאמן קשה כל יום, גם בימים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דני עשה כדי לשמור על הגוף שלו? כתבו שלושה דברים.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המשותף למילים אימון, מאמן, התאמן?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מהסיפור על דני אבדיה לגבי התמדה?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מהמגרש השכונתי לליגה הגדולה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