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דני אבדיה – מהמגרש השכונתי לליגה הגדולה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 מידע ביוגרפי ולזהות עיקר ופרטים וסדר זמנים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ערכים כמו התמדה, עבודת צוות וייצוג בגאווה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השורשים א־מ־ן ו־ש־ח־ק, שם המספר ומילת הניגוד אבל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הכדור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כי מכל טעות אפשר ללמוד ולהשתפר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מוסר, עוזר בהגנה ומעודד את החברים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אהבה, אימון והתמדה יכולים להוביל רחוק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הוא נבחר לשחק בליגה הגדולה בארצות הברית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נכתב בטקסט - בית זרע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אביו היה שחקן כדורסל מקצועי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מצוין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הוא הגיע ראשון ויצא אחרון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הטקסט מספר גם על עייפות והחטאות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א־מ־ן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החטאות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שם עצם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(השורש א־מ־ן)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(השורש ש־ח־ק)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(שם מספר)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(מילת ניגוד)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(פעלים של שחקן טוב בקבוצה)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הדרך של דני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דני נולד וגדל בקיבוץ בצפון הארץ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דני אהב לשחק כדורסל כבר כילד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דני התאמן קשה כל יום, גם בימים קשים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דני זכה באליפות אירופה לנוער ובתואר השחקן המצטיין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דני נבחר לשחק בליגה הגדולה בארצות הברית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הוא התאמן בכל יום, ישן מספיק ואכל נכון.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הם סיפרו שהוא הגיע ראשון לאימון ויצא אחרון. זה מלמד שהוא חרוץ ואוהב מאוד את המשחק.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א־מ־ן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שמזכירה שלא מוותרים גם כשקשה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אבל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בשאלה מקדימה ובסקר קצר - מי מתאמן בתחום כלשהו, לפני קריאת הטקסט.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לבנות יחד על הלוח ציר דרך של חיי דני - ילדות, אימונים, נבחרת, ליגה גדולה.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לחבר את הנושא לשיעור חינוך גופני ולדון בערך ההתמדה מניסיון אישי של התלמידים.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דני אבדיה – מהמגרש השכונתי לליגה הגדולה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דני אבדיה. הוא ילד שאהב כדורסל והתאמן הרבה, ועכשיו הוא שחקן מפורסם. נענה על שאלות על הסיפור שלו.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התמדה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להמשיך לנסות גם כשקשה, לא לוותר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החטאה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זריקה בכדורסל שלא נכנסה לסל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לייצג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לפעול בשם קבוצה או מדינה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אותיות שחוזרות במילים ממשפחה אחת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מאמן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שמלמד שחקנים ועוזר להם להשתפר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ליגה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קבוצה של קבוצות ספורט שמשחקות אחת נגד השנייה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מספר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שמציינת כמות או מספר, כמו שלוש או 2020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דני אהב הכי הרבה כשהיה ילד קטן?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האופניים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המחברת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הכלב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דני לא התייאש כשהוא פספס זריקה?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זה לא היה חשוב 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מכל טעות אפשר ללמוד ולהשתפר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המאמן כעס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הוא לא אהב לשחק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עושה שחקן טוב כדי לעזור לקבוצה שלו?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משחק רק בשביל עצמו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עוזר לאחרים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מוסר, עוזר בהגנה ומעודד את החברים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מקשיב למאמן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הדבר הכי חשוב שהטקסט רוצה ללמד אותנו?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אהבה, אימון והתמדה יכולים להוביל רחוק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כדורסל זה משחק 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מי שנולד מוכשר מצליח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כסף הוא הדבר הכי חשוב בספורט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קרה לדני בשנת 2020?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סיים את הלימודים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נבחר לשחק בליגה הגדולה בארצות הברית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פתח קבוצת כדורסל משלו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עבר להתגורר בישראל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דני גדל בקיבוץ בצפון הארץ.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אביו של דני לא קשור בכלל לספורט.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דני זכה באליפות אירופה לנוער בשנת 2019.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המאמנים סיפרו שדני הגיע מאוחר לאימונים.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הטקסט מספר רק על ההצלחות של דני ולא על הקשיים.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השורש המשותף למילים אימון, מאמן, התאמן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דני התאמן __________ שעות בכל יום.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מילה שפירושה זריקות שלא נכנסו לסל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שם המדינה שדני מייצג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היו ימים של עייפות, __________ דני המשיך להתאמן.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חלק הדיבר של המילה עייפות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אימון, מאמן, התאמן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השורש ש־ח־ק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שחקן, משחק, לשחק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מילת ניגוד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שלוש שעות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השורש א־מ־ן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אבל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פעלים של שחקן טוב בקבוצה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מוסר, עוזר, מעודד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שם מספר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הדרך של דני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דני התאמן קשה כל יום, גם בימים קשים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דני נולד וגדל בקיבוץ בצפון הארץ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דני זכה באליפות אירופה לנוער ובתואר השחקן המצטיין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דני נבחר לשחק בליגה הגדולה בארצות הברית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דני אהב לשחק כדורסל כבר כילד קטן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דני עשה כדי לשמור על הגוף שלו? כתבו שלושה דברים.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סיפרו המאמנים על דני, ומה זה מלמד על האופי שלו?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השורש המשותף למילים אימון, מאמן, התאמן?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למדתם מהסיפור על דני אבדיה לגבי התמדה?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השלימו: היו ימים קשים, ___ דני לא ויתר.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דני אבדיה – מהמגרש השכונתי לליגה הגדולה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